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יחידה: פרק מספר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(תמונה) · 2–ג (להקשיב) · 3–א (לחייך) · 4–א (מביא דלק) · 5–א (במרתף)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1–ד · 2–ב · 3–א · 4–ג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2–ג · 3–א · 4–ד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2–3 משפטים, עם דוגמה מיצירה אחת.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יחידה: פרק מספר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השאלה הגדולה: איך פרק אחד מתוך ספר יכול להזמין אותנו אל עולם שלם – ולגרום לנו לרצות לקרוא עוד?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(שלושה בסירה אחת (פרק)) מה הדוד רוצה לתלות?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תמונה     ב. מנורה     ג. שעון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(מומו (פרק)) מה מומו יודעת לעשות הכי טוב?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לשיר     ב. לרקוד     ג. להקשיב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(כתר הדרקון (פרק)) מה אסור בממלכה של המלך?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לחייך     ב. לאכול     ג. לישון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(אני דוד (פרק)) במה עוזר דוד?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מביא דלק     ב. מבשל     ג. מתקן גלגל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(עופי חיפושית (פרק)) איפה הן ישנות?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במרתף     ב. בבית ספר     ג. בגינה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חברו בקו: יצירה ← דמות.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שלושה בסירה אחת (פרק)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מאילילה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מומו (פרק)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מומו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כתר הדרקון (פרק)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דוד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אני דוד (פרק)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הדוד פודג'ר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הדודה מריה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קשוח ומשתנה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ניקולה הבנאי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סבלנית עד גבול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מלך המערב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נעלב בקלות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האישה האמריקנית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מתנשאת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השאלה הגדולה של היחידה. כתבו 2–3 משפטים: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פרק אחד מתוך ספר יכול להזמין אותנו אל עולם שלם – ולגרום לנו לרצות לקרוא עוד?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פרק מספר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היצירה שהכי אהבתי ביחידה: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משהו אחד שלמדתי: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