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עולים חדשים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1"/>
          <w:szCs w:val="41"/>
          <w:rtl/>
        </w:rPr>
        <w:t>מהדורה למורה – משהו קרוב ביותר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יהונתן גפן · רשימה אישית · מאבק וזיכרון · גרסת עולים חדשים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1–ג (הידידות בין אדם לחברו) · 2–ג (תה חם) · 3–ג (גוף ראשון)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1) תשובה קצרה לפי הסיכום: הכותב היה חייל. הוא עזר לחברים פצועים. חובש אחד בכה. החברים ישבו לידו. הם נתנו לו תה חם. הכותב הרגיש קרוב לחברים. | 2) תשובה קצרה לפי הסיכום: הכותב היה חייל. הוא עזר לחברים פצועים. חובש אחד בכה. החברים ישבו לידו. הם נתנו לו תה חם. הכותב הרגיש קרוב לחברים.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ב׳ – מילים ומושגים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1–ב · 2–א · 3–ג · 4–ו · 5–ד · 6–ה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4: 1–א · 2–ג · 3–ב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ג׳ – כותבים בעברית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5: 3–4 משפטים פשוטים, עם מילת קישור אחת לפחות (כי / לכן / אבל).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6: 3 משפטים פשוטים הפונים לדמות; פרט אחד מהעלילה.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עולים חדשים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1"/>
          <w:szCs w:val="41"/>
          <w:rtl/>
        </w:rPr>
        <w:t>משהו קרוב ביותר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יהונתן גפן · רשימה אישית · מאבק וזיכרון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בקצרה, בעברית פשוטה: הכותב היה חייל. הוא עזר לחברים פצועים. חובש אחד בכה. החברים ישבו לידו. הם נתנו לו תה חם. הכותב הרגיש קרוב לחברים.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39"/>
        <w:gridCol w:w="3439"/>
        <w:gridCol w:w="3439"/>
      </w:tblGrid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הסבר פשוט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 דומה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ידידות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חברות טובה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חברות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פצוע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מי שנפגע בגוף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נפגע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חובש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מי שעוזר לפצועים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מגיש עזרה ראשונה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מעגל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אנשים שיושבים בעיגול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עיגול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קרוב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ליד, וגם חבר טוב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סמוך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לבכות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דמעות יוצאות מהעיניים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להזיל דמעות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הקיפו את התשובה הנכונה.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מה מתאר הכותב כ"אור גדול"?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את השמש     ב. את המדורה     ג. הידידות בין אדם לחברו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מה מגישים לחובש הבוכה?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מכתב     ב. עוגה     ג. תה חם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באיזה גוף כתוב הקטע?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גוף שלישי     ב. גוף שני     ג. גוף ראשון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ענו במשפט קצר.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מי עזר לחובש?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מה עושים כשחבר עצוב?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ב׳ – מילים ומושגים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3. התאימו מילה ← הסבר. אפשר להיעזר במילון שבראש הדף.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הסבר פשוט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ידידות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מי שנפגע בגוף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פצוע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חברות טובה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חובש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מי שעוזר לפצועים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4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מעגל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ליד, וגם חבר טוב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5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קרוב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דמעות יוצאות מהעיניים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6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לבכות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ו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אנשים שיושבים בעיגול</w:t>
            </w:r>
          </w:p>
        </w:tc>
      </w:tr>
    </w:tbl>
    <w:p>
      <w:pPr>
        <w:bidi/>
        <w:spacing w:after="40"/>
        <w:jc w:val="right"/>
      </w:pP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4. התאימו דמות ← תכונה.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תכונה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הכותב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רגיש ומתבונן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החובש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תומכים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החברים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עייף ופגיע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ג׳ – כותבים בעברית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5. כתבו 3–4 משפטים. השתמשו במילות הקישור: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איך יוצרים "מעגל חם" בכיתה – מקום שבו מותר להרגיש ומישהו דואג לך?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פתיחים: אני חושב/ת ש…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מילות קישור: הוספה: וגם / בנוסף / יתר על כן / כמו כן   ניגוד: אבל / אולם / לעומת זאת / למרות   סיבה: כי / מפני ש / בגלל / משום ש   תוצאה: לכן / לפיכך / כתוצאה מכך / ולכן   דוגמה: למשל / לדוגמה / כגון   סיכום: לסיכום / בקיצור / לבסוף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 xml:space="preserve">6. 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בחרו דמות אחת מהיצירה. כתבו לה 3 משפטים: מה הייתם אומרים לה?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משהו קרוב ביותר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מילה חדשה שלמדתי היום: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משפט אחד על היצירה: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שאלה שיש לי: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