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תפילה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חיים חפר · שיר · מאבק וזיכרון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(כוח) · 2–ב (לחברים) · 3–א (האח) · 4–א (יונה)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(החברים – שותפים לדרך)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1) "תן לי כוח" – הדובר מבקש כוח מאלוהים שוב ושוב.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תפילה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חיים חפר · שיר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לוחם מבקש מאלוהים: תן לי כוח. הוא מבקש כוח גם לחברים. בסוף הוא מתגעגע לאח שלו.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הדובר מבקש?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שקט     ב. כוח     ג. כסף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למי עוד הוא מבקש כוח?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למורים     ב. לחברים     ג. לשכנים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 לא חזר מן המלחמה?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האח     ב. האב     ג. השכן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לאיזו ציפור הוא משווה את האח?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יונה     ב. עורב     ג. נשר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 – טוב ואהוב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מתפלל ואמיץ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 – טוב ואהוב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מתפלל ואמיץ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שותפים לדרך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טוב ואהוב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איזו בקשה חוזרת לאורך השיר?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מאיפה אנשים שואבים כוח ברגעים קשים – מחברים, מאמונה, מתקווה, מעצמם?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תפילה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מ"תפילה":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