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תפילה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חיים חפר · שיר · מאבק וזיכרון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(תן לי כוח) · 2–ב (נעילה) · 3–ב (ליונה)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חייל מתפלל. הוא אומר: תן לי כוח. הוא רוצה כוח גם לחברים. המלחמה נגמרת. האח שלו לא חוזר. הוא מתגעגע. | 2) תשובה קצרה לפי הסיכום: חייל מתפלל. הוא אומר: תן לי כוח. הוא רוצה כוח גם לחברים. המלחמה נגמרת. האח שלו לא חוזר. הוא מתגעגע.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2–א · 3–ו · 4–ד · 5–ג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תפילה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חיים חפר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חייל מתפלל. הוא אומר: תן לי כוח. הוא רוצה כוח גם לחברים. המלחמה נגמרת. האח שלו לא חוזר. הוא מתגעגע.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תפילה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לאלוהים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יכולת להחזיק מעמד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עוצמה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מלחמה במקום אחד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מאבק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נעילה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סוף, סגירה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סיום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לבנה, סמל של שלום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שלום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שמישהו יחזור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לכסוף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משפט חוזר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צר לי     ב. תן לי כוח     ג. אל תקטוף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שם החלק האחרון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הבדלה     ב. נעילה     ג. פתיחה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למה מושווה האח?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לעץ     ב. ליונה     ג. לאריה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החייל מבקש?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נותן לכם כוח?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יכולת להחזיק מעמד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כוח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לאלוהים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לבנה, סמל של שלום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סוף, סגירה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שמישהו יחזור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להתגעגע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מלחמה במקום אחד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 ואהוב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שותפים לדרך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מתפלל ואמיץ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מאיפה אנשים שואבים כוח ברגעים קשים – מחברים, מאמונה, מתקווה, מעצמם?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תפילה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