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תפילה</w:t>
      </w:r>
    </w:p>
    <w:p>
      <w:pPr>
        <w:bidi/>
        <w:jc w:val="right"/>
      </w:pPr>
      <w:r>
        <w:rPr>
          <w:rFonts w:ascii="Arial" w:hAnsi="Arial" w:cs="Arial"/>
          <w:b w:val="0"/>
          <w:color w:val="555555"/>
          <w:rtl/>
        </w:rPr>
        <w:t>חיים חפר · שיר · מאבק וזיכרון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(תן לי כוח) · 2–א (נעילה) · 3–א (ליונה) · 4–א (כוח) · 5–א (לחברים)</w:t>
      </w:r>
    </w:p>
    <w:p>
      <w:pPr>
        <w:bidi/>
        <w:spacing w:after="60"/>
        <w:jc w:val="right"/>
      </w:pPr>
      <w:r>
        <w:rPr>
          <w:rFonts w:ascii="Arial" w:hAnsi="Arial" w:cs="Arial"/>
          <w:b w:val="0"/>
          <w:rtl/>
        </w:rPr>
        <w:t>תרגיל 2: 1–לא נכון (החברים – שותפים לדרך) · 2–נכון · 3–נכון</w:t>
      </w:r>
    </w:p>
    <w:p>
      <w:pPr>
        <w:bidi/>
        <w:spacing w:after="60"/>
        <w:jc w:val="right"/>
      </w:pPr>
      <w:r>
        <w:rPr>
          <w:rFonts w:ascii="Arial" w:hAnsi="Arial" w:cs="Arial"/>
          <w:b w:val="0"/>
          <w:rtl/>
        </w:rPr>
        <w:t>תרגיל 3: 1) "תן לי כוח" – הדובר מבקש כוח מאלוהים שוב ושוב. | 2) בשביל עצמו ובשביל חבריו. | 3) המלחמה נגמרה, אבל אחיו של הדובר לא חזר ממנה; הדובר זוכר אותו ומדמה אותו ליונה.</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1–א · 2–ג · 3–ב · 4–ד</w:t>
      </w:r>
    </w:p>
    <w:p>
      <w:pPr>
        <w:bidi/>
        <w:spacing w:after="60"/>
        <w:jc w:val="right"/>
      </w:pPr>
      <w:r>
        <w:rPr>
          <w:rFonts w:ascii="Arial" w:hAnsi="Arial" w:cs="Arial"/>
          <w:b w:val="0"/>
          <w:rtl/>
        </w:rPr>
        <w:t>תרגיל 5: 1–דימוי · 2–ניגוד</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היא מבטאת פחד ותקווה יחד, ויוצרת קצב של תפילה ושל צעדים בדרך; כל חזרה מוסיפה שלב קשה יותר בדרך.</w:t>
      </w:r>
    </w:p>
    <w:p>
      <w:pPr>
        <w:bidi/>
        <w:spacing w:after="60"/>
        <w:jc w:val="right"/>
      </w:pPr>
      <w:r>
        <w:rPr>
          <w:rFonts w:ascii="Arial" w:hAnsi="Arial" w:cs="Arial"/>
          <w:b w:val="0"/>
          <w:rtl/>
        </w:rPr>
        <w:t>תרגיל 7: נעילה היא התפילה האחרונה של יום כיפור, שבה "נסגרים השערים"; כאן היא סוגרת את השיר בזיכרון ובאובדן.</w:t>
      </w:r>
    </w:p>
    <w:p>
      <w:pPr>
        <w:bidi/>
        <w:spacing w:after="60"/>
        <w:jc w:val="right"/>
      </w:pPr>
      <w:r>
        <w:rPr>
          <w:rFonts w:ascii="Arial" w:hAnsi="Arial" w:cs="Arial"/>
          <w:b w:val="0"/>
          <w:rtl/>
        </w:rPr>
        <w:t>תרגיל 8: תשובה אישית: הדובר מבקש יכולת להחזיק מעמד ולשמור על חבריו, לא תהילה; זה מראה ענווה ואנושיות.</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מאיפה אנשים שואבים כוח ברגעים קשים – מחברים, מאמונה, מתקווה, מעצמם?</w:t>
      </w:r>
    </w:p>
    <w:p>
      <w:pPr>
        <w:bidi/>
        <w:jc w:val="right"/>
      </w:pPr>
      <w:r>
        <w:rPr>
          <w:rFonts w:ascii="Arial" w:hAnsi="Arial" w:cs="Arial"/>
          <w:b w:val="0"/>
          <w:rtl/>
        </w:rPr>
        <w:t>• השאירו את הדיון כללי ומכבד; שיתוף על אובדן או על מלחמה הוא רשות בלבד.</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תפילה</w:t>
      </w:r>
    </w:p>
    <w:p>
      <w:pPr>
        <w:bidi/>
        <w:jc w:val="right"/>
      </w:pPr>
      <w:r>
        <w:rPr>
          <w:rFonts w:ascii="Arial" w:hAnsi="Arial" w:cs="Arial"/>
          <w:b w:val="0"/>
          <w:color w:val="555555"/>
          <w:rtl/>
        </w:rPr>
        <w:t>חיים חפר · שיר · מאבק וזיכרון</w:t>
      </w:r>
    </w:p>
    <w:p>
      <w:pPr>
        <w:bidi/>
        <w:jc w:val="right"/>
      </w:pPr>
      <w:r>
        <w:rPr>
          <w:rFonts w:ascii="Arial" w:hAnsi="Arial" w:cs="Arial"/>
          <w:b w:val="0"/>
          <w:rtl/>
        </w:rPr>
        <w:t>תזכורת קצרה: הדובר, לוחם, פונה לאלוהים ומבקש שוב ושוב: "תן לי כוח". הוא מבקש כוח לעבור את הדרך הקשה, לשמוע את רעש הקרב ולא להישבר, לרוץ במעלה ההר, להתקדם בלילה ולהרים את ראשו, לראות את הפצועים, ולהמשיך – לו ולחבריו. הבקשה החוזרת יוצרת קצב של תפילה וגם של צעדים. בחלק האחרון, "נעילה", המלחמה כבר נגמרה, אבל אחיו של הדובר לא חזר ממנה. הדובר מתגעגע ורואה בדמיונו את אחיו הטוב, שעף כמו יונה רחוקה ובהירה. השיר מחבר בין אומץ לבין אובדן, ובין תפילה לפני לבין זיכרון אחרי.</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איזה משפט חוזר בשיר?</w:t>
      </w:r>
    </w:p>
    <w:p>
      <w:pPr>
        <w:bidi/>
        <w:spacing w:after="120"/>
        <w:jc w:val="right"/>
      </w:pPr>
      <w:r>
        <w:rPr>
          <w:rFonts w:ascii="Arial" w:hAnsi="Arial" w:cs="Arial"/>
          <w:b w:val="0"/>
          <w:rtl/>
        </w:rPr>
        <w:t xml:space="preserve">     א. תן לי כוח     ב. אל תקטוף     ג. צר לי     ד. שלא ייגמר לעולם</w:t>
      </w:r>
    </w:p>
    <w:p>
      <w:pPr>
        <w:bidi/>
        <w:jc w:val="right"/>
      </w:pPr>
      <w:r>
        <w:rPr>
          <w:rFonts w:ascii="Arial" w:hAnsi="Arial" w:cs="Arial"/>
          <w:b w:val="0"/>
          <w:rtl/>
        </w:rPr>
        <w:t>2) מה שם החלק האחרון בשיר?</w:t>
      </w:r>
    </w:p>
    <w:p>
      <w:pPr>
        <w:bidi/>
        <w:spacing w:after="120"/>
        <w:jc w:val="right"/>
      </w:pPr>
      <w:r>
        <w:rPr>
          <w:rFonts w:ascii="Arial" w:hAnsi="Arial" w:cs="Arial"/>
          <w:b w:val="0"/>
          <w:rtl/>
        </w:rPr>
        <w:t xml:space="preserve">     א. נעילה     ב. פתיחה     ג. הבדלה     ד. קידוש</w:t>
      </w:r>
    </w:p>
    <w:p>
      <w:pPr>
        <w:bidi/>
        <w:jc w:val="right"/>
      </w:pPr>
      <w:r>
        <w:rPr>
          <w:rFonts w:ascii="Arial" w:hAnsi="Arial" w:cs="Arial"/>
          <w:b w:val="0"/>
          <w:rtl/>
        </w:rPr>
        <w:t>3) למה מושווה האח?</w:t>
      </w:r>
    </w:p>
    <w:p>
      <w:pPr>
        <w:bidi/>
        <w:spacing w:after="120"/>
        <w:jc w:val="right"/>
      </w:pPr>
      <w:r>
        <w:rPr>
          <w:rFonts w:ascii="Arial" w:hAnsi="Arial" w:cs="Arial"/>
          <w:b w:val="0"/>
          <w:rtl/>
        </w:rPr>
        <w:t xml:space="preserve">     א. ליונה     ב. לאריה     ג. לעץ     ד. לכוכב</w:t>
      </w:r>
    </w:p>
    <w:p>
      <w:pPr>
        <w:bidi/>
        <w:jc w:val="right"/>
      </w:pPr>
      <w:r>
        <w:rPr>
          <w:rFonts w:ascii="Arial" w:hAnsi="Arial" w:cs="Arial"/>
          <w:b w:val="0"/>
          <w:rtl/>
        </w:rPr>
        <w:t>4) מה הדובר מבקש?</w:t>
      </w:r>
    </w:p>
    <w:p>
      <w:pPr>
        <w:bidi/>
        <w:spacing w:after="120"/>
        <w:jc w:val="right"/>
      </w:pPr>
      <w:r>
        <w:rPr>
          <w:rFonts w:ascii="Arial" w:hAnsi="Arial" w:cs="Arial"/>
          <w:b w:val="0"/>
          <w:rtl/>
        </w:rPr>
        <w:t xml:space="preserve">     א. כוח     ב. כסף     ג. שקט</w:t>
      </w:r>
    </w:p>
    <w:p>
      <w:pPr>
        <w:bidi/>
        <w:jc w:val="right"/>
      </w:pPr>
      <w:r>
        <w:rPr>
          <w:rFonts w:ascii="Arial" w:hAnsi="Arial" w:cs="Arial"/>
          <w:b w:val="0"/>
          <w:rtl/>
        </w:rPr>
        <w:t>5) למי עוד הוא מבקש כוח?</w:t>
      </w:r>
    </w:p>
    <w:p>
      <w:pPr>
        <w:bidi/>
        <w:spacing w:after="120"/>
        <w:jc w:val="right"/>
      </w:pPr>
      <w:r>
        <w:rPr>
          <w:rFonts w:ascii="Arial" w:hAnsi="Arial" w:cs="Arial"/>
          <w:b w:val="0"/>
          <w:rtl/>
        </w:rPr>
        <w:t xml:space="preserve">     א. לחברים     ב. לשכנים     ג. למורים</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החברים – טוב ואהוב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האח – טוב ואהוב</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הדובר – מתפלל ואמיץ</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איזו בקשה חוזרת לאורך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בשביל מי מבקש הדובר כוח בסוף החלק הראשון?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מסופר בחלק "נעילה"?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"תן לי כוח" חוזר שוב ושוב ויוצר קצב של תפילה.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מבנה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האח שעף "כמו יונה" רחוקה ובהירה.</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דימוי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שני חלקים: תפילה לפני הקרב, ו"נעילה" – זיכרון אחרי המלחמה.</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רעש הקרב והמאמץ בחלק הראשון מול השקט והגעגוע ב"נעילה".</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תפנית   |   ניגוד   |   דימוי</w:t>
      </w:r>
    </w:p>
    <w:p>
      <w:pPr>
        <w:bidi/>
        <w:spacing w:after="120"/>
        <w:jc w:val="right"/>
      </w:pPr>
      <w:r>
        <w:rPr>
          <w:rFonts w:ascii="Arial" w:hAnsi="Arial" w:cs="Arial"/>
          <w:b w:val="0"/>
          <w:rtl/>
        </w:rPr>
        <w:t>1) ______ – השוואה בין שני דברים בעזרת מילת השוואה: כמו, כ־, דומה ל־</w:t>
      </w:r>
    </w:p>
    <w:p>
      <w:pPr>
        <w:bidi/>
        <w:spacing w:after="120"/>
        <w:jc w:val="right"/>
      </w:pPr>
      <w:r>
        <w:rPr>
          <w:rFonts w:ascii="Arial" w:hAnsi="Arial" w:cs="Arial"/>
          <w:b w:val="0"/>
          <w:rtl/>
        </w:rPr>
        <w:t>2) ______ – העמדה זה מול זה של דברים הפוכים כדי להבליט אותם</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מדוע החזרה על "תן לי כוח" חשובה כל כך בשיר?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פירוש השם "נעילה" לחלק האחרון?</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השיר מבקש כוח ולא ניצחון. מה המשמעות של הבחירה הזאת לדעתכם?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"תפילה" משלכם – חמש שורות שכל אחת מתחילה ב"תן לי כוח" ומבקשת כוח לדבר אמיתי מחייכם (מבחן, פרידה, התחלה חדשה).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תפילה · שם: ______________</w:t>
      </w:r>
    </w:p>
    <w:p>
      <w:pPr>
        <w:bidi/>
        <w:jc w:val="right"/>
      </w:pPr>
      <w:r>
        <w:rPr>
          <w:rFonts w:ascii="Arial" w:hAnsi="Arial" w:cs="Arial"/>
          <w:b w:val="0"/>
          <w:rtl/>
        </w:rPr>
        <w:t>1) איזו דמות או איזה דובר נגעו בי,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אמצעי אמנותי זיהיתי ומה הוא מוסיף?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דבר אחד קטן שאני יכול/ה לעשות כדי לתמוך בחבר/ה.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